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6292A" w14:textId="77777777" w:rsidR="00375916" w:rsidRDefault="009115C5">
      <w:pPr>
        <w:jc w:val="center"/>
      </w:pPr>
      <w:r>
        <w:rPr>
          <w:b/>
          <w:sz w:val="28"/>
        </w:rPr>
        <w:t>MAJLIS AGAMA ISLAM NEGERI PULAU PINANG (MAINPP)</w:t>
      </w:r>
    </w:p>
    <w:p w14:paraId="7E15E54E" w14:textId="4C943BEC" w:rsidR="00375916" w:rsidRPr="00D97014" w:rsidRDefault="009115C5" w:rsidP="00D97014">
      <w:pPr>
        <w:spacing w:after="100"/>
        <w:jc w:val="center"/>
        <w:rPr>
          <w:b/>
          <w:sz w:val="24"/>
          <w:lang w:val="fi-FI"/>
        </w:rPr>
      </w:pPr>
      <w:r w:rsidRPr="00D97014">
        <w:rPr>
          <w:b/>
          <w:sz w:val="24"/>
          <w:lang w:val="fi-FI"/>
        </w:rPr>
        <w:t>BORANG PERMOHONAN TUNTUTAN SEMULA</w:t>
      </w:r>
      <w:r w:rsidRPr="00D97014">
        <w:rPr>
          <w:b/>
          <w:sz w:val="24"/>
          <w:lang w:val="fi-FI"/>
        </w:rPr>
        <w:br/>
      </w:r>
      <w:r w:rsidR="00B40368">
        <w:rPr>
          <w:b/>
          <w:sz w:val="24"/>
          <w:lang w:val="fi-FI"/>
        </w:rPr>
        <w:t xml:space="preserve">INSENTIF </w:t>
      </w:r>
      <w:r w:rsidR="00D97014">
        <w:rPr>
          <w:b/>
          <w:sz w:val="24"/>
          <w:lang w:val="fi-FI"/>
        </w:rPr>
        <w:t>CERMIN</w:t>
      </w:r>
      <w:r w:rsidRPr="00D97014">
        <w:rPr>
          <w:b/>
          <w:sz w:val="24"/>
          <w:lang w:val="fi-FI"/>
        </w:rPr>
        <w:t xml:space="preserve"> MATA KAKITANGAN</w:t>
      </w:r>
    </w:p>
    <w:p w14:paraId="4DCBF3D2" w14:textId="77777777" w:rsidR="00375916" w:rsidRDefault="009115C5">
      <w:pPr>
        <w:spacing w:before="80" w:after="40"/>
      </w:pPr>
      <w:r>
        <w:rPr>
          <w:b/>
          <w:sz w:val="20"/>
        </w:rPr>
        <w:t>A. MAKLUMAT PEMOHON</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540"/>
        <w:gridCol w:w="8044"/>
      </w:tblGrid>
      <w:tr w:rsidR="00375916" w14:paraId="5DB2521E" w14:textId="77777777" w:rsidTr="00D97014">
        <w:trPr>
          <w:jc w:val="center"/>
        </w:trPr>
        <w:tc>
          <w:tcPr>
            <w:tcW w:w="2540" w:type="dxa"/>
            <w:vAlign w:val="center"/>
          </w:tcPr>
          <w:p w14:paraId="2455A74B" w14:textId="77777777" w:rsidR="00375916" w:rsidRDefault="009115C5">
            <w:r>
              <w:rPr>
                <w:b/>
              </w:rPr>
              <w:t>Nama Kakitangan</w:t>
            </w:r>
          </w:p>
        </w:tc>
        <w:tc>
          <w:tcPr>
            <w:tcW w:w="8044" w:type="dxa"/>
            <w:vAlign w:val="center"/>
          </w:tcPr>
          <w:p w14:paraId="04FFA039" w14:textId="59E2C313" w:rsidR="00375916" w:rsidRDefault="00375916"/>
        </w:tc>
      </w:tr>
      <w:tr w:rsidR="00375916" w14:paraId="45FC59DF" w14:textId="77777777" w:rsidTr="00D97014">
        <w:trPr>
          <w:jc w:val="center"/>
        </w:trPr>
        <w:tc>
          <w:tcPr>
            <w:tcW w:w="2540" w:type="dxa"/>
            <w:vAlign w:val="center"/>
          </w:tcPr>
          <w:p w14:paraId="1D053792" w14:textId="77777777" w:rsidR="00375916" w:rsidRDefault="009115C5">
            <w:r>
              <w:rPr>
                <w:b/>
              </w:rPr>
              <w:t>No. Kad Pengenalan</w:t>
            </w:r>
          </w:p>
        </w:tc>
        <w:tc>
          <w:tcPr>
            <w:tcW w:w="8044" w:type="dxa"/>
            <w:vAlign w:val="center"/>
          </w:tcPr>
          <w:p w14:paraId="6C319A61" w14:textId="6B62A696" w:rsidR="00375916" w:rsidRDefault="009115C5">
            <w:r>
              <w:t xml:space="preserve">  </w:t>
            </w:r>
          </w:p>
        </w:tc>
      </w:tr>
      <w:tr w:rsidR="00375916" w14:paraId="419CFCB2" w14:textId="77777777" w:rsidTr="00D97014">
        <w:trPr>
          <w:jc w:val="center"/>
        </w:trPr>
        <w:tc>
          <w:tcPr>
            <w:tcW w:w="2540" w:type="dxa"/>
            <w:vAlign w:val="center"/>
          </w:tcPr>
          <w:p w14:paraId="0198B798" w14:textId="77777777" w:rsidR="00375916" w:rsidRDefault="009115C5">
            <w:r>
              <w:rPr>
                <w:b/>
              </w:rPr>
              <w:t>Jawatan / Gred</w:t>
            </w:r>
          </w:p>
        </w:tc>
        <w:tc>
          <w:tcPr>
            <w:tcW w:w="8044" w:type="dxa"/>
            <w:vAlign w:val="center"/>
          </w:tcPr>
          <w:p w14:paraId="5AC7E4AF" w14:textId="388B3909" w:rsidR="00375916" w:rsidRDefault="00375916"/>
        </w:tc>
      </w:tr>
      <w:tr w:rsidR="00375916" w14:paraId="7824D386" w14:textId="77777777" w:rsidTr="00D97014">
        <w:trPr>
          <w:jc w:val="center"/>
        </w:trPr>
        <w:tc>
          <w:tcPr>
            <w:tcW w:w="2540" w:type="dxa"/>
            <w:vAlign w:val="center"/>
          </w:tcPr>
          <w:p w14:paraId="3E9705EA" w14:textId="77777777" w:rsidR="00375916" w:rsidRDefault="009115C5">
            <w:r>
              <w:rPr>
                <w:b/>
              </w:rPr>
              <w:t>Bahagian / Unit</w:t>
            </w:r>
          </w:p>
        </w:tc>
        <w:tc>
          <w:tcPr>
            <w:tcW w:w="8044" w:type="dxa"/>
            <w:vAlign w:val="center"/>
          </w:tcPr>
          <w:p w14:paraId="42CAC643" w14:textId="5017DA3F" w:rsidR="00375916" w:rsidRDefault="00375916"/>
        </w:tc>
      </w:tr>
      <w:tr w:rsidR="00375916" w14:paraId="1260EA27" w14:textId="77777777" w:rsidTr="00D97014">
        <w:trPr>
          <w:jc w:val="center"/>
        </w:trPr>
        <w:tc>
          <w:tcPr>
            <w:tcW w:w="2540" w:type="dxa"/>
            <w:vAlign w:val="center"/>
          </w:tcPr>
          <w:p w14:paraId="37D3BE0E" w14:textId="77777777" w:rsidR="00375916" w:rsidRDefault="009115C5">
            <w:r>
              <w:rPr>
                <w:b/>
              </w:rPr>
              <w:t>No. Telefon</w:t>
            </w:r>
          </w:p>
        </w:tc>
        <w:tc>
          <w:tcPr>
            <w:tcW w:w="8044" w:type="dxa"/>
            <w:vAlign w:val="center"/>
          </w:tcPr>
          <w:p w14:paraId="512EFB06" w14:textId="3E1C83C5" w:rsidR="00375916" w:rsidRDefault="00375916"/>
        </w:tc>
      </w:tr>
    </w:tbl>
    <w:p w14:paraId="2B038CE5" w14:textId="4E83F863" w:rsidR="00375916" w:rsidRPr="00C4097E" w:rsidRDefault="009115C5">
      <w:pPr>
        <w:spacing w:before="80" w:after="40"/>
        <w:rPr>
          <w:lang w:val="fi-FI"/>
        </w:rPr>
      </w:pPr>
      <w:r w:rsidRPr="00C4097E">
        <w:rPr>
          <w:b/>
          <w:sz w:val="20"/>
          <w:lang w:val="fi-FI"/>
        </w:rPr>
        <w:t>B. BUTIRAN TUNTUTAN</w:t>
      </w:r>
      <w:r w:rsidR="00C4097E" w:rsidRPr="00C4097E">
        <w:rPr>
          <w:b/>
          <w:sz w:val="20"/>
          <w:lang w:val="fi-FI"/>
        </w:rPr>
        <w:t xml:space="preserve"> (Resit cetakan </w:t>
      </w:r>
      <w:r w:rsidR="00C4097E">
        <w:rPr>
          <w:b/>
          <w:sz w:val="20"/>
          <w:lang w:val="fi-FI"/>
        </w:rPr>
        <w:t>komputer sahaja)</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292"/>
        <w:gridCol w:w="5252"/>
      </w:tblGrid>
      <w:tr w:rsidR="00375916" w14:paraId="4DEBC5CB" w14:textId="77777777" w:rsidTr="00113ED6">
        <w:trPr>
          <w:jc w:val="center"/>
        </w:trPr>
        <w:tc>
          <w:tcPr>
            <w:tcW w:w="5292" w:type="dxa"/>
            <w:vAlign w:val="center"/>
          </w:tcPr>
          <w:p w14:paraId="424105E8" w14:textId="77777777" w:rsidR="00375916" w:rsidRDefault="009115C5">
            <w:r>
              <w:rPr>
                <w:b/>
              </w:rPr>
              <w:t>Tarikh Pembelian</w:t>
            </w:r>
          </w:p>
        </w:tc>
        <w:tc>
          <w:tcPr>
            <w:tcW w:w="5252" w:type="dxa"/>
            <w:vAlign w:val="center"/>
          </w:tcPr>
          <w:p w14:paraId="538C7184" w14:textId="66F7F115" w:rsidR="00375916" w:rsidRDefault="00375916"/>
        </w:tc>
      </w:tr>
      <w:tr w:rsidR="00375916" w14:paraId="7335797C" w14:textId="77777777" w:rsidTr="00113ED6">
        <w:trPr>
          <w:jc w:val="center"/>
        </w:trPr>
        <w:tc>
          <w:tcPr>
            <w:tcW w:w="5292" w:type="dxa"/>
            <w:vAlign w:val="center"/>
          </w:tcPr>
          <w:p w14:paraId="4AD3F5B6" w14:textId="117F1BAA" w:rsidR="00375916" w:rsidRDefault="009115C5">
            <w:r>
              <w:rPr>
                <w:b/>
              </w:rPr>
              <w:t>No. Resit / Invois</w:t>
            </w:r>
            <w:r w:rsidR="00C4097E">
              <w:rPr>
                <w:b/>
              </w:rPr>
              <w:t xml:space="preserve"> </w:t>
            </w:r>
          </w:p>
        </w:tc>
        <w:tc>
          <w:tcPr>
            <w:tcW w:w="5252" w:type="dxa"/>
            <w:vAlign w:val="center"/>
          </w:tcPr>
          <w:p w14:paraId="40861737" w14:textId="50E8AEA2" w:rsidR="00375916" w:rsidRDefault="00375916"/>
        </w:tc>
      </w:tr>
      <w:tr w:rsidR="00375916" w14:paraId="788D4B9E" w14:textId="77777777" w:rsidTr="00113ED6">
        <w:trPr>
          <w:jc w:val="center"/>
        </w:trPr>
        <w:tc>
          <w:tcPr>
            <w:tcW w:w="5292" w:type="dxa"/>
            <w:vAlign w:val="center"/>
          </w:tcPr>
          <w:p w14:paraId="65828873" w14:textId="77777777" w:rsidR="00375916" w:rsidRDefault="009115C5">
            <w:r>
              <w:rPr>
                <w:b/>
              </w:rPr>
              <w:t>Tarikh Resit / Invois</w:t>
            </w:r>
          </w:p>
        </w:tc>
        <w:tc>
          <w:tcPr>
            <w:tcW w:w="5252" w:type="dxa"/>
            <w:vAlign w:val="center"/>
          </w:tcPr>
          <w:p w14:paraId="5BB98E19" w14:textId="09806E4C" w:rsidR="00375916" w:rsidRDefault="00375916"/>
        </w:tc>
      </w:tr>
      <w:tr w:rsidR="00375916" w14:paraId="10F4F4EB" w14:textId="77777777" w:rsidTr="00113ED6">
        <w:trPr>
          <w:jc w:val="center"/>
        </w:trPr>
        <w:tc>
          <w:tcPr>
            <w:tcW w:w="5292" w:type="dxa"/>
            <w:vAlign w:val="center"/>
          </w:tcPr>
          <w:p w14:paraId="25D9D339" w14:textId="77777777" w:rsidR="00375916" w:rsidRDefault="009115C5">
            <w:r>
              <w:rPr>
                <w:b/>
              </w:rPr>
              <w:t>Jumlah Tuntutan Dipohon</w:t>
            </w:r>
          </w:p>
        </w:tc>
        <w:tc>
          <w:tcPr>
            <w:tcW w:w="5252" w:type="dxa"/>
            <w:vAlign w:val="center"/>
          </w:tcPr>
          <w:p w14:paraId="3088F392" w14:textId="5F4C9667" w:rsidR="00375916" w:rsidRDefault="009115C5">
            <w:r>
              <w:t>RM</w:t>
            </w:r>
          </w:p>
        </w:tc>
      </w:tr>
      <w:tr w:rsidR="0045459F" w:rsidRPr="00D97DF9" w14:paraId="78668B42" w14:textId="77777777" w:rsidTr="00113ED6">
        <w:trPr>
          <w:jc w:val="center"/>
        </w:trPr>
        <w:tc>
          <w:tcPr>
            <w:tcW w:w="5292" w:type="dxa"/>
            <w:vAlign w:val="center"/>
          </w:tcPr>
          <w:p w14:paraId="7E5B184E" w14:textId="6F25472A" w:rsidR="0045459F" w:rsidRPr="0045459F" w:rsidRDefault="0045459F">
            <w:pPr>
              <w:rPr>
                <w:b/>
                <w:lang w:val="fi-FI"/>
              </w:rPr>
            </w:pPr>
            <w:r w:rsidRPr="0045459F">
              <w:rPr>
                <w:b/>
                <w:lang w:val="fi-FI"/>
              </w:rPr>
              <w:t>No . Akaun (Sertakan Penyata b</w:t>
            </w:r>
            <w:r>
              <w:rPr>
                <w:b/>
                <w:lang w:val="fi-FI"/>
              </w:rPr>
              <w:t>ank)</w:t>
            </w:r>
          </w:p>
        </w:tc>
        <w:tc>
          <w:tcPr>
            <w:tcW w:w="5252" w:type="dxa"/>
            <w:vAlign w:val="center"/>
          </w:tcPr>
          <w:p w14:paraId="07C05416" w14:textId="77777777" w:rsidR="0045459F" w:rsidRPr="0045459F" w:rsidRDefault="0045459F">
            <w:pPr>
              <w:rPr>
                <w:lang w:val="fi-FI"/>
              </w:rPr>
            </w:pPr>
          </w:p>
        </w:tc>
      </w:tr>
    </w:tbl>
    <w:p w14:paraId="42C5F727" w14:textId="77777777" w:rsidR="00DD56AD" w:rsidRDefault="00DD56AD">
      <w:pPr>
        <w:spacing w:before="80" w:after="40"/>
        <w:rPr>
          <w:b/>
          <w:sz w:val="20"/>
          <w:lang w:val="fi-FI"/>
        </w:rPr>
      </w:pPr>
    </w:p>
    <w:p w14:paraId="7612BC18" w14:textId="01B61EBD" w:rsidR="00375916" w:rsidRPr="00D97014" w:rsidRDefault="00113ED6">
      <w:pPr>
        <w:spacing w:before="80" w:after="40"/>
        <w:rPr>
          <w:lang w:val="fi-FI"/>
        </w:rPr>
      </w:pPr>
      <w:r>
        <w:rPr>
          <w:b/>
          <w:sz w:val="20"/>
          <w:lang w:val="fi-FI"/>
        </w:rPr>
        <w:t>C</w:t>
      </w:r>
      <w:r w:rsidRPr="00D97014">
        <w:rPr>
          <w:b/>
          <w:sz w:val="20"/>
          <w:lang w:val="fi-FI"/>
        </w:rPr>
        <w:t>. PENGAKUAN PEMOHON</w:t>
      </w:r>
    </w:p>
    <w:p w14:paraId="47C6E020" w14:textId="77777777" w:rsidR="00375916" w:rsidRPr="00D97014" w:rsidRDefault="009115C5" w:rsidP="00F126CE">
      <w:pPr>
        <w:spacing w:after="40"/>
        <w:jc w:val="both"/>
        <w:rPr>
          <w:lang w:val="fi-FI"/>
        </w:rPr>
      </w:pPr>
      <w:r w:rsidRPr="00D97014">
        <w:rPr>
          <w:lang w:val="fi-FI"/>
        </w:rPr>
        <w:t>Saya mengaku bahawa segala maklumat yang dinyatakan di dalam borang ini adalah benar dan tuntutan yang dikemukakan adalah bagi kegunaan saya sendiri. Saya juga mengesahkan bahawa dokumen sokongan yang dikemukakan adalah sah dan benar.</w:t>
      </w:r>
    </w:p>
    <w:p w14:paraId="33910BC2" w14:textId="77777777" w:rsidR="00375916" w:rsidRDefault="009115C5" w:rsidP="00F126CE">
      <w:pPr>
        <w:spacing w:after="40"/>
        <w:jc w:val="both"/>
        <w:rPr>
          <w:lang w:val="fi-FI"/>
        </w:rPr>
      </w:pPr>
      <w:r w:rsidRPr="00D97014">
        <w:rPr>
          <w:lang w:val="fi-FI"/>
        </w:rPr>
        <w:t>Saya bersetuju bahawa pihak MAINPP berhak menolak tuntutan ini sekiranya didapati maklumat atau dokumen yang dikemukakan tidak benar, tidak lengkap atau tidak memenuhi syarat kelayakan tuntutan.</w:t>
      </w:r>
    </w:p>
    <w:p w14:paraId="130DBA35" w14:textId="77777777" w:rsidR="00D97014" w:rsidRPr="00D97014" w:rsidRDefault="00D97014">
      <w:pPr>
        <w:spacing w:after="40"/>
        <w:rPr>
          <w:lang w:val="fi-FI"/>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686"/>
        <w:gridCol w:w="6682"/>
      </w:tblGrid>
      <w:tr w:rsidR="00375916" w14:paraId="4E669FF5" w14:textId="77777777" w:rsidTr="00D97014">
        <w:trPr>
          <w:jc w:val="center"/>
        </w:trPr>
        <w:tc>
          <w:tcPr>
            <w:tcW w:w="3686" w:type="dxa"/>
            <w:vAlign w:val="center"/>
          </w:tcPr>
          <w:p w14:paraId="18BD4792" w14:textId="77777777" w:rsidR="00375916" w:rsidRDefault="009115C5">
            <w:pPr>
              <w:rPr>
                <w:b/>
              </w:rPr>
            </w:pPr>
            <w:r>
              <w:rPr>
                <w:b/>
              </w:rPr>
              <w:t>Tandatangan Pemohon</w:t>
            </w:r>
          </w:p>
          <w:p w14:paraId="5E7CED0A" w14:textId="77777777" w:rsidR="00D97014" w:rsidRDefault="00D97014"/>
        </w:tc>
        <w:tc>
          <w:tcPr>
            <w:tcW w:w="6682" w:type="dxa"/>
            <w:vAlign w:val="center"/>
          </w:tcPr>
          <w:p w14:paraId="799E711F" w14:textId="5BF88665" w:rsidR="00375916" w:rsidRDefault="00375916"/>
        </w:tc>
      </w:tr>
      <w:tr w:rsidR="00375916" w14:paraId="170F4DD8" w14:textId="77777777" w:rsidTr="00D97014">
        <w:trPr>
          <w:jc w:val="center"/>
        </w:trPr>
        <w:tc>
          <w:tcPr>
            <w:tcW w:w="3686" w:type="dxa"/>
            <w:vAlign w:val="center"/>
          </w:tcPr>
          <w:p w14:paraId="6C5CD562" w14:textId="1EE21167" w:rsidR="00D97014" w:rsidRDefault="009115C5">
            <w:r>
              <w:rPr>
                <w:b/>
              </w:rPr>
              <w:t>Nama</w:t>
            </w:r>
            <w:r w:rsidR="00D97014">
              <w:rPr>
                <w:b/>
              </w:rPr>
              <w:t xml:space="preserve"> dan cop jawatan</w:t>
            </w:r>
          </w:p>
          <w:p w14:paraId="521350D8" w14:textId="0A11D0F7" w:rsidR="00D97014" w:rsidRDefault="00D97014"/>
        </w:tc>
        <w:tc>
          <w:tcPr>
            <w:tcW w:w="6682" w:type="dxa"/>
            <w:vAlign w:val="center"/>
          </w:tcPr>
          <w:p w14:paraId="4A115C50" w14:textId="6848C042" w:rsidR="00375916" w:rsidRDefault="00375916"/>
        </w:tc>
      </w:tr>
      <w:tr w:rsidR="00375916" w14:paraId="0FA8BFB8" w14:textId="77777777" w:rsidTr="00D97014">
        <w:trPr>
          <w:jc w:val="center"/>
        </w:trPr>
        <w:tc>
          <w:tcPr>
            <w:tcW w:w="3686" w:type="dxa"/>
            <w:vAlign w:val="center"/>
          </w:tcPr>
          <w:p w14:paraId="412A16B5" w14:textId="77777777" w:rsidR="00375916" w:rsidRDefault="009115C5">
            <w:r>
              <w:rPr>
                <w:b/>
              </w:rPr>
              <w:t>Tarikh</w:t>
            </w:r>
          </w:p>
        </w:tc>
        <w:tc>
          <w:tcPr>
            <w:tcW w:w="6682" w:type="dxa"/>
            <w:vAlign w:val="center"/>
          </w:tcPr>
          <w:p w14:paraId="06B60349" w14:textId="4A048F93" w:rsidR="00375916" w:rsidRDefault="00375916"/>
        </w:tc>
      </w:tr>
    </w:tbl>
    <w:p w14:paraId="7B2E7FEE" w14:textId="77777777" w:rsidR="00C92D2A" w:rsidRDefault="00C92D2A">
      <w:pPr>
        <w:rPr>
          <w:b/>
          <w:bCs/>
        </w:rPr>
      </w:pPr>
    </w:p>
    <w:p w14:paraId="57CFB229" w14:textId="61C26F23" w:rsidR="00375916" w:rsidRPr="00B40368" w:rsidRDefault="00323314">
      <w:pPr>
        <w:rPr>
          <w:b/>
          <w:bCs/>
        </w:rPr>
      </w:pPr>
      <w:r w:rsidRPr="00B40368">
        <w:rPr>
          <w:b/>
          <w:bCs/>
        </w:rPr>
        <w:t>_______________________________________________________________________________________________________</w:t>
      </w:r>
    </w:p>
    <w:p w14:paraId="5A84D75B" w14:textId="1B2F1EB2" w:rsidR="00375916" w:rsidRPr="00C92D2A" w:rsidRDefault="00113ED6">
      <w:pPr>
        <w:spacing w:before="80" w:after="40"/>
      </w:pPr>
      <w:r w:rsidRPr="00C92D2A">
        <w:rPr>
          <w:b/>
          <w:sz w:val="20"/>
        </w:rPr>
        <w:t>D. DI</w:t>
      </w:r>
      <w:r w:rsidR="00B968DE">
        <w:rPr>
          <w:b/>
          <w:sz w:val="20"/>
        </w:rPr>
        <w:t xml:space="preserve"> SOKONG</w:t>
      </w:r>
      <w:r w:rsidRPr="00C92D2A">
        <w:rPr>
          <w:b/>
          <w:sz w:val="20"/>
        </w:rPr>
        <w:t xml:space="preserve"> OLEH:</w:t>
      </w:r>
    </w:p>
    <w:p w14:paraId="35469221" w14:textId="3D6D0504" w:rsidR="00375916" w:rsidRPr="00C92D2A" w:rsidRDefault="00D97014">
      <w:r w:rsidRPr="00C92D2A">
        <w:rPr>
          <w:b/>
          <w:sz w:val="20"/>
        </w:rPr>
        <w:t xml:space="preserve">KETUA BAHAGIAN </w:t>
      </w:r>
      <w:r w:rsidR="00B968DE">
        <w:rPr>
          <w:b/>
          <w:sz w:val="20"/>
        </w:rPr>
        <w:t>/ UNIT</w:t>
      </w:r>
    </w:p>
    <w:p w14:paraId="3EBBCBC5" w14:textId="77777777" w:rsidR="00323314" w:rsidRPr="00D97014" w:rsidRDefault="00323314" w:rsidP="00323314">
      <w:pPr>
        <w:spacing w:after="20"/>
        <w:rPr>
          <w:lang w:val="fi-FI"/>
        </w:rPr>
      </w:pPr>
      <w:r w:rsidRPr="00D97014">
        <w:rPr>
          <w:lang w:val="fi-FI"/>
        </w:rPr>
        <w:t>Jumlah tuntutan yang disahkan:  RM __________________________</w:t>
      </w:r>
    </w:p>
    <w:p w14:paraId="45852959" w14:textId="77777777" w:rsidR="00323314" w:rsidRPr="00655C4B" w:rsidRDefault="00323314" w:rsidP="00323314">
      <w:pPr>
        <w:spacing w:after="20"/>
        <w:rPr>
          <w:lang w:val="en-MY"/>
        </w:rPr>
      </w:pPr>
      <w:r w:rsidRPr="00655C4B">
        <w:rPr>
          <w:lang w:val="en-MY"/>
        </w:rPr>
        <w:t>Status Pengesahan:</w:t>
      </w:r>
    </w:p>
    <w:p w14:paraId="209008F6" w14:textId="42F6C50B" w:rsidR="00323314" w:rsidRPr="00655C4B" w:rsidRDefault="00323314" w:rsidP="00323314">
      <w:pPr>
        <w:spacing w:after="20"/>
        <w:rPr>
          <w:lang w:val="en-MY"/>
        </w:rPr>
      </w:pPr>
      <w:r w:rsidRPr="00655C4B">
        <w:rPr>
          <w:lang w:val="en-MY"/>
        </w:rPr>
        <w:t xml:space="preserve">☐ </w:t>
      </w:r>
      <w:r w:rsidR="00655C4B" w:rsidRPr="00655C4B">
        <w:rPr>
          <w:lang w:val="en-MY"/>
        </w:rPr>
        <w:t>Disokong</w:t>
      </w:r>
      <w:r w:rsidRPr="00655C4B">
        <w:rPr>
          <w:lang w:val="en-MY"/>
        </w:rPr>
        <w:t xml:space="preserve"> untuk bayaran     ☐ Tidak </w:t>
      </w:r>
      <w:r w:rsidR="00655C4B">
        <w:rPr>
          <w:lang w:val="en-MY"/>
        </w:rPr>
        <w:t>di</w:t>
      </w:r>
      <w:r w:rsidR="00B557F8">
        <w:rPr>
          <w:lang w:val="en-MY"/>
        </w:rPr>
        <w:t>sokong</w:t>
      </w:r>
    </w:p>
    <w:p w14:paraId="37953C3E" w14:textId="37F55CFE" w:rsidR="00323314" w:rsidRPr="00F126CE" w:rsidRDefault="00323314" w:rsidP="00323314">
      <w:pPr>
        <w:spacing w:after="20"/>
        <w:rPr>
          <w:lang w:val="fi-FI"/>
        </w:rPr>
      </w:pPr>
      <w:r w:rsidRPr="00F126CE">
        <w:rPr>
          <w:lang w:val="fi-FI"/>
        </w:rPr>
        <w:t>Ulasan / Catatan: _______________________________________________________________________________________</w:t>
      </w:r>
    </w:p>
    <w:p w14:paraId="51912A79" w14:textId="77777777" w:rsidR="00323314" w:rsidRPr="00F126CE" w:rsidRDefault="00323314" w:rsidP="00323314">
      <w:pPr>
        <w:spacing w:after="40"/>
        <w:rPr>
          <w:lang w:val="fi-FI"/>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184"/>
        <w:gridCol w:w="5184"/>
      </w:tblGrid>
      <w:tr w:rsidR="00323314" w14:paraId="534F638C" w14:textId="77777777" w:rsidTr="00C574CD">
        <w:trPr>
          <w:jc w:val="center"/>
        </w:trPr>
        <w:tc>
          <w:tcPr>
            <w:tcW w:w="5184" w:type="dxa"/>
            <w:vAlign w:val="center"/>
          </w:tcPr>
          <w:p w14:paraId="7C4075CC" w14:textId="77777777" w:rsidR="00323314" w:rsidRDefault="00323314" w:rsidP="00C574CD">
            <w:pPr>
              <w:rPr>
                <w:b/>
              </w:rPr>
            </w:pPr>
            <w:r>
              <w:rPr>
                <w:b/>
              </w:rPr>
              <w:lastRenderedPageBreak/>
              <w:t>Tandatangan</w:t>
            </w:r>
          </w:p>
          <w:p w14:paraId="491744FD" w14:textId="77777777" w:rsidR="00323314" w:rsidRDefault="00323314" w:rsidP="00C574CD"/>
        </w:tc>
        <w:tc>
          <w:tcPr>
            <w:tcW w:w="5184" w:type="dxa"/>
            <w:vAlign w:val="center"/>
          </w:tcPr>
          <w:p w14:paraId="1CBE805E" w14:textId="77777777" w:rsidR="00323314" w:rsidRDefault="00323314" w:rsidP="00C574CD"/>
        </w:tc>
      </w:tr>
      <w:tr w:rsidR="00323314" w14:paraId="0C4311E3" w14:textId="77777777" w:rsidTr="00C574CD">
        <w:trPr>
          <w:jc w:val="center"/>
        </w:trPr>
        <w:tc>
          <w:tcPr>
            <w:tcW w:w="5184" w:type="dxa"/>
            <w:vAlign w:val="center"/>
          </w:tcPr>
          <w:p w14:paraId="301D815D" w14:textId="77777777" w:rsidR="00323314" w:rsidRDefault="00323314" w:rsidP="00323314">
            <w:pPr>
              <w:rPr>
                <w:b/>
              </w:rPr>
            </w:pPr>
            <w:r>
              <w:rPr>
                <w:b/>
              </w:rPr>
              <w:t>Nama dan cop jawatan</w:t>
            </w:r>
          </w:p>
          <w:p w14:paraId="27AAE40D" w14:textId="5FA74C0D" w:rsidR="00323314" w:rsidRDefault="00323314" w:rsidP="00C574CD"/>
        </w:tc>
        <w:tc>
          <w:tcPr>
            <w:tcW w:w="5184" w:type="dxa"/>
            <w:vAlign w:val="center"/>
          </w:tcPr>
          <w:p w14:paraId="61FB99AB" w14:textId="77777777" w:rsidR="00323314" w:rsidRDefault="00323314" w:rsidP="00C574CD"/>
        </w:tc>
      </w:tr>
      <w:tr w:rsidR="00323314" w14:paraId="2B44D4E5" w14:textId="77777777" w:rsidTr="00C574CD">
        <w:trPr>
          <w:jc w:val="center"/>
        </w:trPr>
        <w:tc>
          <w:tcPr>
            <w:tcW w:w="5184" w:type="dxa"/>
            <w:vAlign w:val="center"/>
          </w:tcPr>
          <w:p w14:paraId="1294D479" w14:textId="1182475E" w:rsidR="00323314" w:rsidRDefault="00323314" w:rsidP="00C574CD">
            <w:pPr>
              <w:rPr>
                <w:b/>
              </w:rPr>
            </w:pPr>
            <w:r>
              <w:rPr>
                <w:b/>
              </w:rPr>
              <w:t>Tarikh</w:t>
            </w:r>
          </w:p>
        </w:tc>
        <w:tc>
          <w:tcPr>
            <w:tcW w:w="5184" w:type="dxa"/>
            <w:vAlign w:val="center"/>
          </w:tcPr>
          <w:p w14:paraId="72A7D289" w14:textId="77777777" w:rsidR="00323314" w:rsidRDefault="00323314" w:rsidP="00C574CD"/>
        </w:tc>
      </w:tr>
    </w:tbl>
    <w:p w14:paraId="42E8A445" w14:textId="77777777" w:rsidR="00323314" w:rsidRDefault="00323314">
      <w:pPr>
        <w:spacing w:before="80" w:after="40"/>
        <w:rPr>
          <w:b/>
          <w:sz w:val="20"/>
          <w:lang w:val="fi-FI"/>
        </w:rPr>
      </w:pPr>
    </w:p>
    <w:p w14:paraId="502C4F66" w14:textId="13D5720A" w:rsidR="00375916" w:rsidRPr="00D97014" w:rsidRDefault="00113ED6">
      <w:pPr>
        <w:spacing w:before="80" w:after="40"/>
        <w:rPr>
          <w:lang w:val="fi-FI"/>
        </w:rPr>
      </w:pPr>
      <w:r>
        <w:rPr>
          <w:b/>
          <w:sz w:val="20"/>
          <w:lang w:val="fi-FI"/>
        </w:rPr>
        <w:t>E</w:t>
      </w:r>
      <w:r w:rsidRPr="00D97014">
        <w:rPr>
          <w:b/>
          <w:sz w:val="20"/>
          <w:lang w:val="fi-FI"/>
        </w:rPr>
        <w:t>. DI</w:t>
      </w:r>
      <w:r w:rsidR="00B968DE">
        <w:rPr>
          <w:b/>
          <w:sz w:val="20"/>
          <w:lang w:val="fi-FI"/>
        </w:rPr>
        <w:t xml:space="preserve">SAHKAN </w:t>
      </w:r>
      <w:r w:rsidRPr="00D97014">
        <w:rPr>
          <w:b/>
          <w:sz w:val="20"/>
          <w:lang w:val="fi-FI"/>
        </w:rPr>
        <w:t>OLEH:</w:t>
      </w:r>
    </w:p>
    <w:p w14:paraId="4EEEDD3C" w14:textId="77777777" w:rsidR="00375916" w:rsidRPr="00D97014" w:rsidRDefault="009115C5">
      <w:pPr>
        <w:rPr>
          <w:lang w:val="fi-FI"/>
        </w:rPr>
      </w:pPr>
      <w:r w:rsidRPr="00D97014">
        <w:rPr>
          <w:b/>
          <w:sz w:val="20"/>
          <w:lang w:val="fi-FI"/>
        </w:rPr>
        <w:t>BAHAGIAN KEWANGAN DAN AKAUN</w:t>
      </w:r>
    </w:p>
    <w:p w14:paraId="691417F5" w14:textId="77777777" w:rsidR="00375916" w:rsidRPr="00D97014" w:rsidRDefault="009115C5">
      <w:pPr>
        <w:spacing w:after="20"/>
        <w:rPr>
          <w:lang w:val="fi-FI"/>
        </w:rPr>
      </w:pPr>
      <w:r w:rsidRPr="00D97014">
        <w:rPr>
          <w:lang w:val="fi-FI"/>
        </w:rPr>
        <w:t>Status Pengesahan:</w:t>
      </w:r>
    </w:p>
    <w:p w14:paraId="42E804F2" w14:textId="42DE6AD6" w:rsidR="00375916" w:rsidRPr="00D97014" w:rsidRDefault="009115C5">
      <w:pPr>
        <w:spacing w:after="20"/>
        <w:rPr>
          <w:lang w:val="fi-FI"/>
        </w:rPr>
      </w:pPr>
      <w:r w:rsidRPr="00D97014">
        <w:rPr>
          <w:lang w:val="fi-FI"/>
        </w:rPr>
        <w:t xml:space="preserve">☐ </w:t>
      </w:r>
      <w:r w:rsidR="00B40368">
        <w:rPr>
          <w:lang w:val="fi-FI"/>
        </w:rPr>
        <w:t>Diperakukan</w:t>
      </w:r>
      <w:r w:rsidRPr="00D97014">
        <w:rPr>
          <w:lang w:val="fi-FI"/>
        </w:rPr>
        <w:t xml:space="preserve"> untuk bayaran     ☐ Tidak </w:t>
      </w:r>
      <w:r w:rsidR="00B40368">
        <w:rPr>
          <w:lang w:val="fi-FI"/>
        </w:rPr>
        <w:t>perakukan</w:t>
      </w:r>
    </w:p>
    <w:p w14:paraId="1357C2D8" w14:textId="0EBF00B2" w:rsidR="00375916" w:rsidRDefault="009115C5">
      <w:pPr>
        <w:spacing w:after="20"/>
      </w:pPr>
      <w:r>
        <w:t>Ulasan / Catatan: _________________________________________________</w:t>
      </w:r>
      <w:r w:rsidR="00B40368">
        <w:t>_______________________________________</w:t>
      </w:r>
    </w:p>
    <w:p w14:paraId="630996A7" w14:textId="77777777" w:rsidR="00375916" w:rsidRDefault="00375916">
      <w:pPr>
        <w:spacing w:after="40"/>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184"/>
        <w:gridCol w:w="5184"/>
      </w:tblGrid>
      <w:tr w:rsidR="00B40368" w14:paraId="072BCE44" w14:textId="77777777" w:rsidTr="00C574CD">
        <w:trPr>
          <w:jc w:val="center"/>
        </w:trPr>
        <w:tc>
          <w:tcPr>
            <w:tcW w:w="5184" w:type="dxa"/>
            <w:vAlign w:val="center"/>
          </w:tcPr>
          <w:p w14:paraId="3863DB1C" w14:textId="77777777" w:rsidR="00B40368" w:rsidRDefault="00B40368" w:rsidP="00C574CD">
            <w:pPr>
              <w:rPr>
                <w:b/>
              </w:rPr>
            </w:pPr>
            <w:r>
              <w:rPr>
                <w:b/>
              </w:rPr>
              <w:t>Tandatangan</w:t>
            </w:r>
          </w:p>
          <w:p w14:paraId="69D98042" w14:textId="77777777" w:rsidR="00B40368" w:rsidRDefault="00B40368" w:rsidP="00C574CD"/>
        </w:tc>
        <w:tc>
          <w:tcPr>
            <w:tcW w:w="5184" w:type="dxa"/>
            <w:vAlign w:val="center"/>
          </w:tcPr>
          <w:p w14:paraId="581A61EE" w14:textId="77777777" w:rsidR="00B40368" w:rsidRDefault="00B40368" w:rsidP="00C574CD"/>
        </w:tc>
      </w:tr>
      <w:tr w:rsidR="00B40368" w14:paraId="18A4A466" w14:textId="77777777" w:rsidTr="00C574CD">
        <w:trPr>
          <w:jc w:val="center"/>
        </w:trPr>
        <w:tc>
          <w:tcPr>
            <w:tcW w:w="5184" w:type="dxa"/>
            <w:vAlign w:val="center"/>
          </w:tcPr>
          <w:p w14:paraId="3694C246" w14:textId="77777777" w:rsidR="00B40368" w:rsidRDefault="00B40368" w:rsidP="00C574CD">
            <w:pPr>
              <w:rPr>
                <w:b/>
              </w:rPr>
            </w:pPr>
            <w:r>
              <w:rPr>
                <w:b/>
              </w:rPr>
              <w:t>Nama dan cop jawatan</w:t>
            </w:r>
          </w:p>
          <w:p w14:paraId="03EDBA6B" w14:textId="77777777" w:rsidR="00B40368" w:rsidRDefault="00B40368" w:rsidP="00C574CD"/>
        </w:tc>
        <w:tc>
          <w:tcPr>
            <w:tcW w:w="5184" w:type="dxa"/>
            <w:vAlign w:val="center"/>
          </w:tcPr>
          <w:p w14:paraId="52155D2F" w14:textId="77777777" w:rsidR="00B40368" w:rsidRDefault="00B40368" w:rsidP="00C574CD"/>
        </w:tc>
      </w:tr>
      <w:tr w:rsidR="00B40368" w14:paraId="2645A792" w14:textId="77777777" w:rsidTr="00C574CD">
        <w:trPr>
          <w:jc w:val="center"/>
        </w:trPr>
        <w:tc>
          <w:tcPr>
            <w:tcW w:w="5184" w:type="dxa"/>
            <w:vAlign w:val="center"/>
          </w:tcPr>
          <w:p w14:paraId="7F43AC1A" w14:textId="77777777" w:rsidR="00B40368" w:rsidRDefault="00B40368" w:rsidP="00C574CD">
            <w:pPr>
              <w:rPr>
                <w:b/>
              </w:rPr>
            </w:pPr>
            <w:r>
              <w:rPr>
                <w:b/>
              </w:rPr>
              <w:t>Tarikh</w:t>
            </w:r>
          </w:p>
        </w:tc>
        <w:tc>
          <w:tcPr>
            <w:tcW w:w="5184" w:type="dxa"/>
            <w:vAlign w:val="center"/>
          </w:tcPr>
          <w:p w14:paraId="622E537C" w14:textId="77777777" w:rsidR="00B40368" w:rsidRDefault="00B40368" w:rsidP="00C574CD"/>
        </w:tc>
      </w:tr>
    </w:tbl>
    <w:p w14:paraId="68D62865" w14:textId="77777777" w:rsidR="00B40368" w:rsidRDefault="00B40368">
      <w:pPr>
        <w:spacing w:before="80" w:after="40"/>
        <w:rPr>
          <w:b/>
          <w:sz w:val="20"/>
        </w:rPr>
      </w:pPr>
    </w:p>
    <w:p w14:paraId="57B977A7" w14:textId="058B5CFF" w:rsidR="00375916" w:rsidRPr="00B40368" w:rsidRDefault="00113ED6">
      <w:pPr>
        <w:spacing w:before="80" w:after="40"/>
        <w:rPr>
          <w:lang w:val="fi-FI"/>
        </w:rPr>
      </w:pPr>
      <w:r>
        <w:rPr>
          <w:b/>
          <w:sz w:val="20"/>
          <w:lang w:val="fi-FI"/>
        </w:rPr>
        <w:t>F</w:t>
      </w:r>
      <w:r w:rsidRPr="00B40368">
        <w:rPr>
          <w:b/>
          <w:sz w:val="20"/>
          <w:lang w:val="fi-FI"/>
        </w:rPr>
        <w:t>. DILULUSKAN OLEH:</w:t>
      </w:r>
    </w:p>
    <w:p w14:paraId="01301F8F" w14:textId="77777777" w:rsidR="00375916" w:rsidRPr="00B40368" w:rsidRDefault="009115C5">
      <w:pPr>
        <w:rPr>
          <w:lang w:val="fi-FI"/>
        </w:rPr>
      </w:pPr>
      <w:r w:rsidRPr="00B40368">
        <w:rPr>
          <w:b/>
          <w:sz w:val="20"/>
          <w:lang w:val="fi-FI"/>
        </w:rPr>
        <w:t>SETIAUSAHA</w:t>
      </w:r>
      <w:r w:rsidRPr="00B40368">
        <w:rPr>
          <w:b/>
          <w:sz w:val="20"/>
          <w:lang w:val="fi-FI"/>
        </w:rPr>
        <w:br/>
        <w:t>MAJLIS AGAMA ISLAM NEGERI PULAU PINANG</w:t>
      </w:r>
    </w:p>
    <w:p w14:paraId="2E3754EB" w14:textId="77777777" w:rsidR="00375916" w:rsidRPr="00B40368" w:rsidRDefault="009115C5">
      <w:pPr>
        <w:spacing w:after="20"/>
        <w:rPr>
          <w:lang w:val="fi-FI"/>
        </w:rPr>
      </w:pPr>
      <w:r w:rsidRPr="00B40368">
        <w:rPr>
          <w:lang w:val="fi-FI"/>
        </w:rPr>
        <w:t>Keputusan:</w:t>
      </w:r>
    </w:p>
    <w:p w14:paraId="1BC1760B" w14:textId="14A5463D" w:rsidR="00375916" w:rsidRDefault="009115C5">
      <w:pPr>
        <w:spacing w:after="20"/>
      </w:pPr>
      <w:r>
        <w:t xml:space="preserve">☐ LULUS     ☐ TIDAK LULUS     </w:t>
      </w:r>
    </w:p>
    <w:p w14:paraId="67DA4B97" w14:textId="77777777" w:rsidR="00375916" w:rsidRPr="00D97014" w:rsidRDefault="009115C5">
      <w:pPr>
        <w:spacing w:after="20"/>
        <w:rPr>
          <w:lang w:val="fi-FI"/>
        </w:rPr>
      </w:pPr>
      <w:r w:rsidRPr="00D97014">
        <w:rPr>
          <w:lang w:val="fi-FI"/>
        </w:rPr>
        <w:t>Jumlah yang diluluskan:  RM __________________________</w:t>
      </w:r>
    </w:p>
    <w:p w14:paraId="730D6757" w14:textId="77777777" w:rsidR="00375916" w:rsidRDefault="00375916">
      <w:pPr>
        <w:spacing w:after="40"/>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184"/>
        <w:gridCol w:w="5184"/>
      </w:tblGrid>
      <w:tr w:rsidR="00B40368" w14:paraId="70988D1A" w14:textId="77777777" w:rsidTr="00C574CD">
        <w:trPr>
          <w:jc w:val="center"/>
        </w:trPr>
        <w:tc>
          <w:tcPr>
            <w:tcW w:w="5184" w:type="dxa"/>
            <w:vAlign w:val="center"/>
          </w:tcPr>
          <w:p w14:paraId="593A589D" w14:textId="77777777" w:rsidR="00B40368" w:rsidRDefault="00B40368" w:rsidP="00C574CD">
            <w:pPr>
              <w:rPr>
                <w:b/>
              </w:rPr>
            </w:pPr>
            <w:r>
              <w:rPr>
                <w:b/>
              </w:rPr>
              <w:t>Tandatangan</w:t>
            </w:r>
          </w:p>
          <w:p w14:paraId="2E66714D" w14:textId="77777777" w:rsidR="00B40368" w:rsidRDefault="00B40368" w:rsidP="00C574CD"/>
        </w:tc>
        <w:tc>
          <w:tcPr>
            <w:tcW w:w="5184" w:type="dxa"/>
            <w:vAlign w:val="center"/>
          </w:tcPr>
          <w:p w14:paraId="2B1570E3" w14:textId="77777777" w:rsidR="00B40368" w:rsidRDefault="00B40368" w:rsidP="00C574CD"/>
        </w:tc>
      </w:tr>
      <w:tr w:rsidR="00B40368" w14:paraId="21613C42" w14:textId="77777777" w:rsidTr="00C574CD">
        <w:trPr>
          <w:jc w:val="center"/>
        </w:trPr>
        <w:tc>
          <w:tcPr>
            <w:tcW w:w="5184" w:type="dxa"/>
            <w:vAlign w:val="center"/>
          </w:tcPr>
          <w:p w14:paraId="276A1A14" w14:textId="77777777" w:rsidR="00B40368" w:rsidRDefault="00B40368" w:rsidP="00C574CD">
            <w:pPr>
              <w:rPr>
                <w:b/>
              </w:rPr>
            </w:pPr>
            <w:r>
              <w:rPr>
                <w:b/>
              </w:rPr>
              <w:t>Nama dan cop jawatan</w:t>
            </w:r>
          </w:p>
          <w:p w14:paraId="2C774004" w14:textId="77777777" w:rsidR="00B40368" w:rsidRDefault="00B40368" w:rsidP="00C574CD"/>
        </w:tc>
        <w:tc>
          <w:tcPr>
            <w:tcW w:w="5184" w:type="dxa"/>
            <w:vAlign w:val="center"/>
          </w:tcPr>
          <w:p w14:paraId="75DFAF9E" w14:textId="77777777" w:rsidR="00B40368" w:rsidRDefault="00B40368" w:rsidP="00C574CD"/>
        </w:tc>
      </w:tr>
      <w:tr w:rsidR="00B40368" w14:paraId="1D760CBE" w14:textId="77777777" w:rsidTr="00C574CD">
        <w:trPr>
          <w:jc w:val="center"/>
        </w:trPr>
        <w:tc>
          <w:tcPr>
            <w:tcW w:w="5184" w:type="dxa"/>
            <w:vAlign w:val="center"/>
          </w:tcPr>
          <w:p w14:paraId="2A516D32" w14:textId="77777777" w:rsidR="00B40368" w:rsidRDefault="00B40368" w:rsidP="00C574CD">
            <w:pPr>
              <w:rPr>
                <w:b/>
              </w:rPr>
            </w:pPr>
            <w:r>
              <w:rPr>
                <w:b/>
              </w:rPr>
              <w:t>Tarikh</w:t>
            </w:r>
          </w:p>
        </w:tc>
        <w:tc>
          <w:tcPr>
            <w:tcW w:w="5184" w:type="dxa"/>
            <w:vAlign w:val="center"/>
          </w:tcPr>
          <w:p w14:paraId="10D6DA01" w14:textId="77777777" w:rsidR="00B40368" w:rsidRDefault="00B40368" w:rsidP="00C574CD"/>
        </w:tc>
      </w:tr>
    </w:tbl>
    <w:p w14:paraId="0A6192A8" w14:textId="77777777" w:rsidR="00B40368" w:rsidRDefault="00B40368" w:rsidP="00B40368">
      <w:pPr>
        <w:spacing w:after="20"/>
      </w:pPr>
    </w:p>
    <w:p w14:paraId="35A4E219" w14:textId="77777777" w:rsidR="00B40368" w:rsidRDefault="00B40368" w:rsidP="00B40368">
      <w:pPr>
        <w:spacing w:after="20"/>
      </w:pPr>
    </w:p>
    <w:p w14:paraId="51F78A5F" w14:textId="5C43F1EC" w:rsidR="00B40368" w:rsidRDefault="00B40368" w:rsidP="00B40368">
      <w:pPr>
        <w:spacing w:after="20"/>
      </w:pPr>
      <w:r>
        <w:t>Ulasan / Catatan: ________________________________________________________________________________________</w:t>
      </w:r>
    </w:p>
    <w:p w14:paraId="79F4D73A" w14:textId="6A2EF207" w:rsidR="00375916" w:rsidRDefault="00375916" w:rsidP="00D97014">
      <w:pPr>
        <w:spacing w:after="0"/>
        <w:rPr>
          <w:lang w:val="fi-FI"/>
        </w:rPr>
      </w:pPr>
    </w:p>
    <w:p w14:paraId="2D290D27" w14:textId="77777777" w:rsidR="00C4097E" w:rsidRDefault="00C4097E" w:rsidP="00D97014">
      <w:pPr>
        <w:spacing w:after="0"/>
        <w:rPr>
          <w:lang w:val="fi-FI"/>
        </w:rPr>
      </w:pPr>
    </w:p>
    <w:p w14:paraId="2E76D922" w14:textId="77777777" w:rsidR="00C4097E" w:rsidRDefault="00C4097E" w:rsidP="00D97014">
      <w:pPr>
        <w:spacing w:after="0"/>
        <w:rPr>
          <w:lang w:val="fi-FI"/>
        </w:rPr>
      </w:pPr>
    </w:p>
    <w:p w14:paraId="37D73955" w14:textId="07840276" w:rsidR="005B4B56" w:rsidRDefault="00C4097E" w:rsidP="00C4097E">
      <w:pPr>
        <w:spacing w:after="0"/>
        <w:rPr>
          <w:i/>
          <w:iCs/>
          <w:sz w:val="22"/>
          <w:lang w:val="fi-FI"/>
        </w:rPr>
      </w:pPr>
      <w:r w:rsidRPr="00C4097E">
        <w:rPr>
          <w:sz w:val="22"/>
          <w:lang w:val="fi-FI"/>
        </w:rPr>
        <w:t xml:space="preserve">* </w:t>
      </w:r>
      <w:r w:rsidRPr="00C4097E">
        <w:rPr>
          <w:i/>
          <w:iCs/>
          <w:sz w:val="22"/>
          <w:lang w:val="fi-FI"/>
        </w:rPr>
        <w:t xml:space="preserve">Dokumen yang disertakan perlu disahkan oleh Ketua Bahagian </w:t>
      </w:r>
    </w:p>
    <w:p w14:paraId="6E5F117A" w14:textId="77777777" w:rsidR="005B4B56" w:rsidRDefault="005B4B56">
      <w:pPr>
        <w:rPr>
          <w:i/>
          <w:iCs/>
          <w:sz w:val="22"/>
          <w:lang w:val="fi-FI"/>
        </w:rPr>
      </w:pPr>
      <w:r>
        <w:rPr>
          <w:i/>
          <w:iCs/>
          <w:sz w:val="22"/>
          <w:lang w:val="fi-FI"/>
        </w:rPr>
        <w:br w:type="page"/>
      </w:r>
    </w:p>
    <w:p w14:paraId="591B6356" w14:textId="77777777" w:rsidR="005B4B56" w:rsidRDefault="005B4B56" w:rsidP="005B4B56">
      <w:pPr>
        <w:jc w:val="center"/>
        <w:rPr>
          <w:b/>
          <w:sz w:val="24"/>
          <w:lang w:val="fi-FI"/>
        </w:rPr>
      </w:pPr>
    </w:p>
    <w:p w14:paraId="0FD9E719" w14:textId="77777777" w:rsidR="005B4B56" w:rsidRPr="00655C4B" w:rsidRDefault="005B4B56" w:rsidP="005B4B56">
      <w:pPr>
        <w:rPr>
          <w:b/>
          <w:bCs/>
          <w:lang w:val="fi-FI"/>
        </w:rPr>
      </w:pPr>
      <w:r w:rsidRPr="00655C4B">
        <w:rPr>
          <w:b/>
          <w:bCs/>
          <w:lang w:val="fi-FI"/>
        </w:rPr>
        <w:t>_______________________________________________________________________________________________________</w:t>
      </w:r>
    </w:p>
    <w:p w14:paraId="7145F01A" w14:textId="77777777" w:rsidR="005B4B56" w:rsidRDefault="005B4B56" w:rsidP="005B4B56">
      <w:pPr>
        <w:jc w:val="center"/>
        <w:rPr>
          <w:b/>
          <w:sz w:val="24"/>
          <w:lang w:val="fi-FI"/>
        </w:rPr>
      </w:pPr>
    </w:p>
    <w:p w14:paraId="502E6064" w14:textId="087450A1" w:rsidR="005B4B56" w:rsidRPr="005B4B56" w:rsidRDefault="005B4B56" w:rsidP="005B4B56">
      <w:pPr>
        <w:jc w:val="center"/>
        <w:rPr>
          <w:lang w:val="fi-FI"/>
        </w:rPr>
      </w:pPr>
      <w:r w:rsidRPr="005B4B56">
        <w:rPr>
          <w:b/>
          <w:sz w:val="24"/>
          <w:lang w:val="fi-FI"/>
        </w:rPr>
        <w:t>UNTUK KEGUNAAN PEJABAT</w:t>
      </w:r>
    </w:p>
    <w:p w14:paraId="7AAB876A" w14:textId="77777777" w:rsidR="005B4B56" w:rsidRDefault="005B4B56" w:rsidP="005B4B56">
      <w:pPr>
        <w:spacing w:before="80" w:after="40"/>
        <w:rPr>
          <w:b/>
          <w:sz w:val="20"/>
          <w:lang w:val="fi-FI"/>
        </w:rPr>
      </w:pPr>
    </w:p>
    <w:p w14:paraId="69483F59" w14:textId="77777777" w:rsidR="005B4B56" w:rsidRDefault="005B4B56" w:rsidP="005B4B56">
      <w:pPr>
        <w:spacing w:before="80" w:after="40"/>
        <w:rPr>
          <w:b/>
          <w:sz w:val="20"/>
          <w:lang w:val="fi-FI"/>
        </w:rPr>
      </w:pPr>
    </w:p>
    <w:p w14:paraId="1E34CBE6" w14:textId="474783E4" w:rsidR="005B4B56" w:rsidRPr="005B4B56" w:rsidRDefault="00D97DF9" w:rsidP="005B4B56">
      <w:pPr>
        <w:spacing w:before="80" w:after="40"/>
        <w:rPr>
          <w:lang w:val="fi-FI"/>
        </w:rPr>
      </w:pPr>
      <w:r>
        <w:rPr>
          <w:b/>
          <w:sz w:val="20"/>
          <w:lang w:val="fi-FI"/>
        </w:rPr>
        <w:t>G</w:t>
      </w:r>
      <w:r w:rsidR="005B4B56" w:rsidRPr="005B4B56">
        <w:rPr>
          <w:b/>
          <w:sz w:val="20"/>
          <w:lang w:val="fi-FI"/>
        </w:rPr>
        <w:t>. DISEMAK OLEH:</w:t>
      </w:r>
    </w:p>
    <w:p w14:paraId="6A7EFBC9" w14:textId="77777777" w:rsidR="005B4B56" w:rsidRPr="005B4B56" w:rsidRDefault="005B4B56" w:rsidP="005B4B56">
      <w:pPr>
        <w:rPr>
          <w:lang w:val="fi-FI"/>
        </w:rPr>
      </w:pPr>
      <w:r w:rsidRPr="005B4B56">
        <w:rPr>
          <w:b/>
          <w:sz w:val="20"/>
          <w:lang w:val="fi-FI"/>
        </w:rPr>
        <w:t>KETUA BAHAGIAN PENTADBIRAN DAN SUMBER MANUSIA</w:t>
      </w:r>
    </w:p>
    <w:p w14:paraId="248E47EE" w14:textId="77777777" w:rsidR="005B4B56" w:rsidRPr="00D97014" w:rsidRDefault="005B4B56" w:rsidP="005B4B56">
      <w:pPr>
        <w:spacing w:after="20"/>
        <w:rPr>
          <w:lang w:val="fi-FI"/>
        </w:rPr>
      </w:pPr>
      <w:r w:rsidRPr="00D97014">
        <w:rPr>
          <w:lang w:val="fi-FI"/>
        </w:rPr>
        <w:t>Jumlah tuntutan yang disahkan:  RM __________________________</w:t>
      </w:r>
    </w:p>
    <w:p w14:paraId="016A3D3F" w14:textId="77777777" w:rsidR="005B4B56" w:rsidRPr="00D97014" w:rsidRDefault="005B4B56" w:rsidP="005B4B56">
      <w:pPr>
        <w:spacing w:after="20"/>
        <w:rPr>
          <w:lang w:val="fi-FI"/>
        </w:rPr>
      </w:pPr>
      <w:r w:rsidRPr="00D97014">
        <w:rPr>
          <w:lang w:val="fi-FI"/>
        </w:rPr>
        <w:t>Status Pengesahan:</w:t>
      </w:r>
    </w:p>
    <w:p w14:paraId="63BC4DCF" w14:textId="77777777" w:rsidR="005B4B56" w:rsidRPr="00D97014" w:rsidRDefault="005B4B56" w:rsidP="005B4B56">
      <w:pPr>
        <w:spacing w:after="20"/>
        <w:rPr>
          <w:lang w:val="fi-FI"/>
        </w:rPr>
      </w:pPr>
      <w:r w:rsidRPr="00D97014">
        <w:rPr>
          <w:lang w:val="fi-FI"/>
        </w:rPr>
        <w:t>☐ Disahkan untuk bayaran     ☐ Tidak disahkan</w:t>
      </w:r>
    </w:p>
    <w:p w14:paraId="4A01F9AF" w14:textId="77777777" w:rsidR="005B4B56" w:rsidRPr="00F126CE" w:rsidRDefault="005B4B56" w:rsidP="005B4B56">
      <w:pPr>
        <w:spacing w:after="20"/>
        <w:rPr>
          <w:lang w:val="fi-FI"/>
        </w:rPr>
      </w:pPr>
      <w:r w:rsidRPr="00F126CE">
        <w:rPr>
          <w:lang w:val="fi-FI"/>
        </w:rPr>
        <w:t>Ulasan / Catatan: _______________________________________________________________________________________</w:t>
      </w:r>
    </w:p>
    <w:p w14:paraId="2712639B" w14:textId="77777777" w:rsidR="00C4097E" w:rsidRPr="00C4097E" w:rsidRDefault="00C4097E" w:rsidP="00C4097E">
      <w:pPr>
        <w:spacing w:after="0"/>
        <w:rPr>
          <w:sz w:val="22"/>
          <w:lang w:val="fi-FI"/>
        </w:rPr>
      </w:pPr>
    </w:p>
    <w:sectPr w:rsidR="00C4097E" w:rsidRPr="00C4097E" w:rsidSect="00B40368">
      <w:headerReference w:type="default" r:id="rId8"/>
      <w:pgSz w:w="12240" w:h="15840"/>
      <w:pgMar w:top="792" w:right="936" w:bottom="792" w:left="93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197E5" w14:textId="77777777" w:rsidR="009C38C2" w:rsidRDefault="009C38C2">
      <w:pPr>
        <w:spacing w:after="0" w:line="240" w:lineRule="auto"/>
      </w:pPr>
      <w:r>
        <w:separator/>
      </w:r>
    </w:p>
  </w:endnote>
  <w:endnote w:type="continuationSeparator" w:id="0">
    <w:p w14:paraId="4F8E56D8" w14:textId="77777777" w:rsidR="009C38C2" w:rsidRDefault="009C3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B537E" w14:textId="77777777" w:rsidR="009C38C2" w:rsidRDefault="009C38C2">
      <w:pPr>
        <w:spacing w:after="0" w:line="240" w:lineRule="auto"/>
      </w:pPr>
      <w:r>
        <w:separator/>
      </w:r>
    </w:p>
  </w:footnote>
  <w:footnote w:type="continuationSeparator" w:id="0">
    <w:p w14:paraId="02A396EC" w14:textId="77777777" w:rsidR="009C38C2" w:rsidRDefault="009C38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F976" w14:textId="4BD9E04E" w:rsidR="00B40368" w:rsidRPr="00D97014" w:rsidRDefault="00B40368" w:rsidP="00B40368">
    <w:pPr>
      <w:pStyle w:val="Footer"/>
      <w:jc w:val="center"/>
      <w:rPr>
        <w:lang w:val="fi-FI"/>
      </w:rPr>
    </w:pPr>
    <w:r w:rsidRPr="00D97014">
      <w:rPr>
        <w:sz w:val="14"/>
        <w:lang w:val="fi-FI"/>
      </w:rPr>
      <w:t xml:space="preserve">BORANG PERMOHONAN TUNTUTAN SEMULA INSENTIF </w:t>
    </w:r>
    <w:r>
      <w:rPr>
        <w:sz w:val="14"/>
        <w:lang w:val="fi-FI"/>
      </w:rPr>
      <w:t>CERMIN</w:t>
    </w:r>
    <w:r w:rsidRPr="00D97014">
      <w:rPr>
        <w:sz w:val="14"/>
        <w:lang w:val="fi-FI"/>
      </w:rPr>
      <w:t xml:space="preserve"> MATA KAKITANGAN | MAINPP</w:t>
    </w:r>
  </w:p>
  <w:p w14:paraId="3DA30B22" w14:textId="77777777" w:rsidR="00B40368" w:rsidRPr="00B40368" w:rsidRDefault="00B40368">
    <w:pPr>
      <w:pStyle w:val="Header"/>
      <w:rPr>
        <w:lang w:val="fi-F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161B35"/>
    <w:multiLevelType w:val="hybridMultilevel"/>
    <w:tmpl w:val="26E0C7AC"/>
    <w:lvl w:ilvl="0" w:tplc="5B0661AA">
      <w:start w:val="2"/>
      <w:numFmt w:val="bullet"/>
      <w:lvlText w:val=""/>
      <w:lvlJc w:val="left"/>
      <w:pPr>
        <w:ind w:left="720" w:hanging="360"/>
      </w:pPr>
      <w:rPr>
        <w:rFonts w:ascii="Symbol" w:eastAsiaTheme="minorEastAsia" w:hAnsi="Symbol" w:cstheme="minorBid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16cid:durableId="801311000">
    <w:abstractNumId w:val="8"/>
  </w:num>
  <w:num w:numId="2" w16cid:durableId="1565293075">
    <w:abstractNumId w:val="6"/>
  </w:num>
  <w:num w:numId="3" w16cid:durableId="2051345583">
    <w:abstractNumId w:val="5"/>
  </w:num>
  <w:num w:numId="4" w16cid:durableId="632565511">
    <w:abstractNumId w:val="4"/>
  </w:num>
  <w:num w:numId="5" w16cid:durableId="713118479">
    <w:abstractNumId w:val="7"/>
  </w:num>
  <w:num w:numId="6" w16cid:durableId="1002972378">
    <w:abstractNumId w:val="3"/>
  </w:num>
  <w:num w:numId="7" w16cid:durableId="1103842055">
    <w:abstractNumId w:val="2"/>
  </w:num>
  <w:num w:numId="8" w16cid:durableId="1848250804">
    <w:abstractNumId w:val="1"/>
  </w:num>
  <w:num w:numId="9" w16cid:durableId="1561820665">
    <w:abstractNumId w:val="0"/>
  </w:num>
  <w:num w:numId="10" w16cid:durableId="14581826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2A57"/>
    <w:rsid w:val="00113ED6"/>
    <w:rsid w:val="00142002"/>
    <w:rsid w:val="0015074B"/>
    <w:rsid w:val="00173505"/>
    <w:rsid w:val="00205F35"/>
    <w:rsid w:val="002339DE"/>
    <w:rsid w:val="0029639D"/>
    <w:rsid w:val="00323314"/>
    <w:rsid w:val="00326F90"/>
    <w:rsid w:val="00375916"/>
    <w:rsid w:val="0045459F"/>
    <w:rsid w:val="00473CD6"/>
    <w:rsid w:val="0048498C"/>
    <w:rsid w:val="0049255E"/>
    <w:rsid w:val="005B4B56"/>
    <w:rsid w:val="00655C4B"/>
    <w:rsid w:val="00661619"/>
    <w:rsid w:val="00681F1F"/>
    <w:rsid w:val="00883DFD"/>
    <w:rsid w:val="009115C5"/>
    <w:rsid w:val="009C38C2"/>
    <w:rsid w:val="00AA1D8D"/>
    <w:rsid w:val="00B40368"/>
    <w:rsid w:val="00B47730"/>
    <w:rsid w:val="00B557F8"/>
    <w:rsid w:val="00B968DE"/>
    <w:rsid w:val="00C35F76"/>
    <w:rsid w:val="00C4097E"/>
    <w:rsid w:val="00C92D2A"/>
    <w:rsid w:val="00CA71A8"/>
    <w:rsid w:val="00CB0664"/>
    <w:rsid w:val="00D3366B"/>
    <w:rsid w:val="00D97014"/>
    <w:rsid w:val="00D97DF9"/>
    <w:rsid w:val="00DD56AD"/>
    <w:rsid w:val="00F126CE"/>
    <w:rsid w:val="00F13D79"/>
    <w:rsid w:val="00FB47BD"/>
    <w:rsid w:val="00FC693F"/>
    <w:rsid w:val="00FE1F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B9D7F7"/>
  <w14:defaultImageDpi w14:val="300"/>
  <w15:docId w15:val="{DE3CE246-8B65-413C-96FD-5E91E884B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3</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hafsah samsudin</cp:lastModifiedBy>
  <cp:revision>16</cp:revision>
  <cp:lastPrinted>2026-10-09T03:55:00Z</cp:lastPrinted>
  <dcterms:created xsi:type="dcterms:W3CDTF">2013-12-23T23:15:00Z</dcterms:created>
  <dcterms:modified xsi:type="dcterms:W3CDTF">2026-10-09T07:12:00Z</dcterms:modified>
  <cp:category/>
</cp:coreProperties>
</file>